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0"/>
        </w:rPr>
        <w:t>PRAYER TO COVER THE FAMILY</w:t>
      </w:r>
    </w:p>
    <w:p>
      <w:pPr>
        <w:spacing w:after="80"/>
        <w:jc w:val="center"/>
      </w:pPr>
      <w:r>
        <w:rPr>
          <w:i/>
          <w:sz w:val="15"/>
        </w:rPr>
        <w:t>A Scripture-centered prayer for protection, Kingdom order, unity, wisdom, and generational blessing</w:t>
      </w:r>
    </w:p>
    <w:p>
      <w:pPr>
        <w:spacing w:after="60"/>
      </w:pPr>
      <w:r>
        <w:rPr>
          <w:b/>
        </w:rPr>
        <w:t xml:space="preserve">How to use: </w:t>
      </w:r>
      <w:r>
        <w:t>Pray through each movement slowly. Speak the Scriptures over your household and bring each family member before Yah by name as appropriate.</w:t>
      </w:r>
    </w:p>
    <w:p>
      <w:pPr>
        <w:spacing w:before="48" w:after="0"/>
      </w:pPr>
      <w:r>
        <w:rPr>
          <w:b/>
          <w:sz w:val="18"/>
        </w:rPr>
        <w:t>1. ACKNOWLEDGE — Recognize Yah as the Head of the Household</w:t>
      </w:r>
    </w:p>
    <w:p>
      <w:pPr>
        <w:spacing w:after="0"/>
        <w:ind w:left="173"/>
      </w:pPr>
      <w:r>
        <w:rPr>
          <w:i/>
          <w:sz w:val="15"/>
        </w:rPr>
        <w:t>Scripture: Joshua 24:15; Psalm 127:1; Psalm 128:1–4</w:t>
      </w:r>
    </w:p>
    <w:p>
      <w:pPr>
        <w:spacing w:after="20"/>
        <w:ind w:left="173"/>
      </w:pPr>
      <w:r>
        <w:rPr>
          <w:b/>
          <w:sz w:val="16"/>
        </w:rPr>
        <w:t xml:space="preserve">Prayer: </w:t>
      </w:r>
      <w:r>
        <w:rPr>
          <w:sz w:val="16"/>
        </w:rPr>
        <w:t>Yah, You are the Builder and Keeper of my household. Every family and every generation belongs to You. I acknowledge that my family is not mine to control but Yours to steward. Establish Your presence, Your authority, and Your ways in our home. Let our household serve You and honor Your name.</w:t>
      </w:r>
    </w:p>
    <w:p>
      <w:pPr>
        <w:spacing w:before="48" w:after="0"/>
      </w:pPr>
      <w:r>
        <w:rPr>
          <w:b/>
          <w:sz w:val="18"/>
        </w:rPr>
        <w:t>2. EXAMINE — Bring the Family Before Yah</w:t>
      </w:r>
    </w:p>
    <w:p>
      <w:pPr>
        <w:spacing w:after="0"/>
        <w:ind w:left="173"/>
      </w:pPr>
      <w:r>
        <w:rPr>
          <w:i/>
          <w:sz w:val="15"/>
        </w:rPr>
        <w:t>Scripture: Psalm 139:23–24; Lamentations 3:40; 2 Corinthians 13:5</w:t>
      </w:r>
    </w:p>
    <w:p>
      <w:pPr>
        <w:spacing w:after="20"/>
        <w:ind w:left="173"/>
      </w:pPr>
      <w:r>
        <w:rPr>
          <w:b/>
          <w:sz w:val="16"/>
        </w:rPr>
        <w:t xml:space="preserve">Prayer: </w:t>
      </w:r>
      <w:r>
        <w:rPr>
          <w:sz w:val="16"/>
        </w:rPr>
        <w:t>Search me, Yah, and search our household. Reveal anything that is operating in our family that is contrary to Your will—division, unforgiveness, pride, fear, rebellion, unhealthy patterns, destructive communication, or anything else that needs to be brought into the light. Give us courage to confront what must change and wisdom to know how to respond.</w:t>
      </w:r>
    </w:p>
    <w:p>
      <w:pPr>
        <w:spacing w:before="48" w:after="0"/>
      </w:pPr>
      <w:r>
        <w:rPr>
          <w:b/>
          <w:sz w:val="18"/>
        </w:rPr>
        <w:t>3. ALIGN — Establish Forgiveness, Submission, and Right Order</w:t>
      </w:r>
    </w:p>
    <w:p>
      <w:pPr>
        <w:spacing w:after="0"/>
        <w:ind w:left="173"/>
      </w:pPr>
      <w:r>
        <w:rPr>
          <w:i/>
          <w:sz w:val="15"/>
        </w:rPr>
        <w:t>Scripture: Ephesians 4:31–32; Colossians 3:12–15; Ephesians 5:21; Ephesians 6:1–4</w:t>
      </w:r>
    </w:p>
    <w:p>
      <w:pPr>
        <w:spacing w:after="20"/>
        <w:ind w:left="173"/>
      </w:pPr>
      <w:r>
        <w:rPr>
          <w:b/>
          <w:sz w:val="16"/>
        </w:rPr>
        <w:t xml:space="preserve">Prayer: </w:t>
      </w:r>
      <w:r>
        <w:rPr>
          <w:sz w:val="16"/>
        </w:rPr>
        <w:t>I submit my household to You. Teach us to forgive quickly, speak truthfully, love sacrificially, and walk in humility. Where relationships have been wounded, bring healing. Where there is disorder, establish Your order. Where there is division, restore unity. Help each person in this household fulfill the role and responsibility You have entrusted to them.</w:t>
      </w:r>
    </w:p>
    <w:p>
      <w:pPr>
        <w:spacing w:before="48" w:after="0"/>
      </w:pPr>
      <w:r>
        <w:rPr>
          <w:b/>
          <w:sz w:val="18"/>
        </w:rPr>
        <w:t>4. ESTABLISH — Establish Yah’s Word Over the Household</w:t>
      </w:r>
    </w:p>
    <w:p>
      <w:pPr>
        <w:spacing w:after="0"/>
        <w:ind w:left="173"/>
      </w:pPr>
      <w:r>
        <w:rPr>
          <w:i/>
          <w:sz w:val="15"/>
        </w:rPr>
        <w:t>Scripture: Deuteronomy 6:6–7; Isaiah 54:13; Proverbs 22:6; Psalm 91:1–2</w:t>
      </w:r>
    </w:p>
    <w:p>
      <w:pPr>
        <w:spacing w:after="20"/>
        <w:ind w:left="173"/>
      </w:pPr>
      <w:r>
        <w:rPr>
          <w:b/>
          <w:sz w:val="16"/>
        </w:rPr>
        <w:t xml:space="preserve">Prayer: </w:t>
      </w:r>
      <w:r>
        <w:rPr>
          <w:sz w:val="16"/>
        </w:rPr>
        <w:t>Your Word will be the foundation of this household. Teach us to speak Your Word, live Your Word, and pass Your ways to the next generation. Let our children be taught by You and grow in Your ways. Cover this household under Your protection and make our home a place where truth, peace, wisdom, and the presence of Yah are established.</w:t>
      </w:r>
    </w:p>
    <w:p>
      <w:pPr>
        <w:spacing w:before="48" w:after="0"/>
      </w:pPr>
      <w:r>
        <w:rPr>
          <w:b/>
          <w:sz w:val="18"/>
        </w:rPr>
        <w:t>5. DECLARE &amp; COMMIT — Consecrate the Family to Yah</w:t>
      </w:r>
    </w:p>
    <w:p>
      <w:pPr>
        <w:spacing w:after="0"/>
        <w:ind w:left="173"/>
      </w:pPr>
      <w:r>
        <w:rPr>
          <w:i/>
          <w:sz w:val="15"/>
        </w:rPr>
        <w:t>Scripture: Joshua 24:15; Psalm 112:1–2; 3 John 1:4</w:t>
      </w:r>
    </w:p>
    <w:p>
      <w:pPr>
        <w:spacing w:after="20"/>
        <w:ind w:left="173"/>
      </w:pPr>
      <w:r>
        <w:rPr>
          <w:b/>
          <w:sz w:val="16"/>
        </w:rPr>
        <w:t xml:space="preserve">Prayer: </w:t>
      </w:r>
      <w:r>
        <w:rPr>
          <w:sz w:val="16"/>
        </w:rPr>
        <w:t>I declare that my household belongs to Yah. As for me and my house, we will serve Yah. I commit to leading by example, praying for my family, teaching what is right, protecting what Yah has entrusted to me, and refusing to partner with anything that destroys the purposes of Yah in our home. May the generations that come after us inherit a legacy of faithfulness, obedience, wisdom, and Kingdom purpose.</w:t>
      </w:r>
    </w:p>
    <w:p>
      <w:pPr>
        <w:spacing w:before="48" w:after="0"/>
      </w:pPr>
      <w:r>
        <w:rPr>
          <w:b/>
          <w:sz w:val="18"/>
        </w:rPr>
        <w:t>6. THANKSGIVING &amp; WORSHIP — Trust Yah With the Generations</w:t>
      </w:r>
    </w:p>
    <w:p>
      <w:pPr>
        <w:spacing w:after="0"/>
        <w:ind w:left="173"/>
      </w:pPr>
      <w:r>
        <w:rPr>
          <w:i/>
          <w:sz w:val="15"/>
        </w:rPr>
        <w:t>Scripture: Psalm 103:17–18; Psalm 115:14–15; Numbers 6:24–26</w:t>
      </w:r>
    </w:p>
    <w:p>
      <w:pPr>
        <w:spacing w:after="20"/>
        <w:ind w:left="173"/>
      </w:pPr>
      <w:r>
        <w:rPr>
          <w:b/>
          <w:sz w:val="16"/>
        </w:rPr>
        <w:t xml:space="preserve">Prayer: </w:t>
      </w:r>
      <w:r>
        <w:rPr>
          <w:sz w:val="16"/>
        </w:rPr>
        <w:t>Thank You, Yah, for every person You have entrusted to my family. Thank You for Your mercy, protection, patience, and faithfulness across generations. I trust You with the people I love and with the generations I may never see. Bless, keep, guide, and establish our household according to Your will. May our family become a testimony of Your goodness and a Kingdom legacy in the earth. In the name of Yahusha, Amen.</w:t>
      </w:r>
    </w:p>
    <w:sectPr w:rsidR="00FC693F" w:rsidRPr="0006063C" w:rsidSect="00034616">
      <w:headerReference w:type="default" r:id="rId9"/>
      <w:footerReference w:type="default" r:id="rId10"/>
      <w:pgSz w:w="12240" w:h="15840"/>
      <w:pgMar w:top="648" w:right="835" w:bottom="576"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sz w:val="14"/>
      </w:rPr>
      <w:t>KINGDOM DISCIPLES TRAINING CENTER  •  WIN SOULS. MAKE DISCIPLES. EXPAND THE KINGDOM.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15"/>
      </w:rPr>
      <w:t>KINGDOM DISCIPLES TRAINING CENTER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